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המחוון האנליטי של העיתון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המחוון ואת משקל הנקודות של כל חלק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נדרש כדי להגיע לרמת ביצוע 'מצוין' בכל קריטריון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במחוון ככלי לשיפור העבודה לפני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חלקי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הכתבה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תקינות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מקור מכל חבר צוות עם ציטוטים מדויקים ופירוש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בטבלת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הסוג צריך להיות שונה מהסוגים של חברי הצוות האחרים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ברמת המצוין של הקריטריון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קריטריון 'ניסוח והיקף' ששווה 4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מופיע בטבלת המחוון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חסרות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היקף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חלק לניקוד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(30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(20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(15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(10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(15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(10 נקודות)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על שיפור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תציין את שם הקריטריון, תסביר מה נדרש ברמת מצוין לפי המחוון, ותתאר פעולה קונקרטית לשיפור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תסביר שהמחוון מראה מראש מה נבדק ובכך עוזר לתכנן ולשפר את העבודה במהלך הכתיבה ולא רק לבדוק אותה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30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שרמת מצוין כוללת פירוט, ציטוטים, פירוש ועומק, ורמה בסיסית כללית וחסרה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שהעיתון יציג מגוון סוגות ולא חזרה על אותו סוג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המחוון לתלמידים בתחילת העבודה על העיתון, ולא רק בסיום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בדף זה כתרגול לפני תחילת הכתיבה כדי שהתלמידים יבינו למה לכוון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בדוגמה אחת מכל רמת ביצוע (מצוין, טוב, בסיסי, חלקי) כדי להמחיש את ההבדלים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המחוון האנליטי של העיתון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המחוון האנליטי מפרט כיצד נבדקות כל חלקי העיתון הספרותי השיתופי - הכתבה המרכזית, כתבת המשנה, דבר העורכים, המשוב האישי, הלשון והעריכה ועבודת הצוות. בדף זה תתרגלו להכיר את החלקים, את משקל הנקודות ואת רמות הביצוע השונות.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חלקי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נקודות מוקצות לכתבה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חלק בעיתון מקבל את מירב הנקודות?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העורכים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הכתבה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לשון ועריכה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משוב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נקודות מוקצות לקריטריון 'עיגון במקורות' בכתבה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אחד הקריטריונים בחלק 'לשון ועריכה'?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תקינות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חלוקת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תובנה מוסכמת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מאפייני הסוג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נקודות בסך הכול מוקצות לחלק 'עבודת צוות ותהליך'?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נדרש כדי לקבל רמת 'מצוין' בקריטריון 'עיגון במקורות'?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מקור מכל חבר צוות עם ציטוטים מדויקים ופירוש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ציטוטים ארוכים בלי פירוש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במקורות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לכתבת המשנה מוקצות 20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כתבות המשנה בצוות צריכות להיות מאותו סוג, למשל כולן ריאיון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בדבר העורכים נדרשות לפחות שתי מחלוקות פרשניות לציון מצוין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בחלק 'משוב אישי' אין בכלל ניקוד על ניסוח והיקף הכתיבה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'רצף ולכידות' הוא קריטריון בחלק 'לשון ועריכה'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הכתבה המרכזית מקבלת __________ נקודות מתוך מאה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בחלק כתבת המשנה יש קריטריון של __________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בדבר העורכים נדרשת כותרת __________ שמחברת בין כל חלקי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לקריטריון 'שימוש ב__________' בעבודת הצוות מוקצות שלוש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קריטריון 'ניסוח ו__________' בודק אם הכתיבה אישית, ברורה ובהיקף מתאים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חלק לניקוד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הכתבה המרכזית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כתבת המשנה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10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דבר העורכים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20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לשון ועריכה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10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עבודת צוות ותהליך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30 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על שיפור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קריטריון אחד מתוך המחוון (למשל עיגון במקורות, תובנה מוסכמת או תקינות לשון) וכתבו מה בדיוק תעשו כדי להגיע ברכיב הזה לרמת 'מצוין'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יש למחוון חשיבות לפני שמתחילים לכתוב את העיתון, ולא רק אחרי ההגשה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נקודות מוקצות לכתבה המרכזית מתוך 100?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רמת 'מצוין' ל'בסיסי' בקריטריון אחד שבחרתם?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שכתבות המשנה בצוות יהיו מסוגים שונים זה מזה?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המחוון האנליטי של העיתון הספרותי השיתופי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