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המחוון ואת משקל הנקודות של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נדרש כדי להגיע לרמת ביצוע 'מצוין' בכל קריטריון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ככלי לשיפור העבודה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תקינות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מקור מכל חבר צוות עם ציטוטים מדויקים ופירוש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בטבלת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הסוג צריך להיות שונה מהסוגים של חברי הצוות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ברמת המצוין של הקריטריון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קריטריון 'ניסוח והיקף' ששווה 4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בטבלת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חלק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(30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(20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(10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(15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(10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על שיפור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את שם הקריטריון, תסביר מה נדרש ברמת מצוין לפי המחוון, ותתאר פעולה קונקרטית לשיפור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שהמחוון מראה מראש מה נבדק ובכך עוזר לתכנן ולשפר את העבודה במהלך הכתיבה ולא רק לבדוק אותה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שרמת מצוין כוללת פירוט, ציטוטים, פירוש ועומק, ורמה בסיסית כללית וחסרה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שהעיתון יציג מגוון סוגות ולא חזרה על אותו סוג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המחוון לתלמידים בתחילת העבודה על העיתון, ולא רק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בדף זה כתרגול לפני תחילת הכתיבה כדי שהתלמידים יבינו למה לכוון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בדוגמה אחת מכל רמת ביצוע (מצוין, טוב, בסיסי, חלקי) כדי להמחיש את ההבדלים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טופס שבודק איך כתבתם את העיתון. בטופס יש חלקים שונים ולכל חלק יש נקודות. בדף הזה נלמד מה כתוב בטופס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טופס שמסביר איך בודקים עבודה ומה הניקוד של כל חלק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מסוים שבודקים בעבודה, למשל 'עיגון במקורות'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עיגון במקורות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הסתמכות על ציטוטים מהיצירות שקראנו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כתבה שבו המידע החשוב ביותר מופיע בהתחלה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מקצועית לניתוח יצירות, כמו דמות, עלילה או מוטיב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וחדש שעולה מהדיון בכתבות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על התהליך האישי שעברתם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לכידות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הגיוני וחלק בין משפטים ופסקאות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חלקי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מקבלת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הכי חשוב בניקוד?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ועריכה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יש לעיגון במקורות?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קריטריון שייך ללשון ועריכה?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תקינות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תובנה מוסכמת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מאפייני הסוג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יש לעבודת הצוות?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כדי לקבל ציון גבוה על 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מכל חבר צוות עם ציטוטים מדויקים ופירוש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ציטוטים ארוכים בלי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לכתבת המשנה מוקצות 20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כתבות המשנה בצוות צריכות להיות מאותו סוג, למשל כולן ריאיון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בדבר העורכים נדרשות לפחות שתי מחלוקות פרשניות לציון מצוין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'משוב אישי' אין בכלל ניקוד על ניסוח והיקף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'רצף ולכידות' הוא קריטריון בחלק 'לשון ועריכה'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מקבלת __________ נקודות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כתבת המשנה יש קריטריון של __________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בדבר העורכים נדרשת כותרת __________ שמחברת בין כל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לקריטריון 'שימוש ב__________' בעבודת הצוות מוקצות שלוש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קריטריון 'ניסוח ו__________' בודק אם הכתיבה אישית, ברורה ובהיקף מתאים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חלק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30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ועריכה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עבודת צוות ותהליך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10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על שיפור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קריטריון אחד מתוך המחוון (למשל עיגון במקורות, תובנה מוסכמת או תקינות לשון) וכתבו מה בדיוק תעשו כדי להגיע ברכיב הזה לרמת 'מצוין'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יש למחוון חשיבות לפני שמתחילים לכתוב את העיתון, ולא רק אחרי ההגשה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מוקצות לכתבה המרכזית מתוך 100?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רמת 'מצוין' ל'בסיסי' בקריטריון אחד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שכתבות המשנה בצוות יהיו מסוגים שונים זה מזה?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האנליטי של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