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המחוון האנליטי של העיתון הספרותי השיתופי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חלקי המחוון ואת משקל הנקודות של כל חלק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נדרש כדי להגיע לרמת ביצוע 'מצוין' בכל קריטריון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במחוון ככלי לשיפור העבודה לפני ההגשה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חלקי המחוון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30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הכתבה המרכזית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תקינות לשון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בטבלת המחוון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הסוג צריך להיות שונה מהסוגים של חברי הצוות האחרים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 חסרות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1. 30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עמדה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חלק לניקוד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(30 נקודות)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(20 נקודות)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(15 נקודות)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(10 נקודות)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על שיפור העבודה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תסביר שהמחוון מראה מראש מה נבדק ובכך עוזר לתכנן ולשפר את העבודה במהלך הכתיבה ולא רק לבדוק אותה בסוף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30 נקודות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שמראה הבנה שרמת מצוין כוללת פירוט, ציטוטים, פירוש ועומק, ורמה בסיסית כללית וחסרה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שהעיתון יציג מגוון סוגות ולא חזרה על אותו סוג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המחוון לתלמידים בתחילת העבודה על העיתון, ולא רק בסיום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בדף זה כתרגול לפני תחילת הכתיבה כדי שהתלמידים יבינו למה לכוון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לדון בכיתה בדוגמה אחת מכל רמת ביצוע (מצוין, טוב, בסיסי, חלקי) כדי להמחיש את ההבדלים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המחוון האנליטי של העיתון הספרותי השיתופי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המחוון האנליטי מפרט כיצד נבדקות כל חלקי העיתון הספרותי השיתופי - הכתבה המרכזית, כתבת המשנה, דבר העורכים, המשוב האישי, הלשון והעריכה ועבודת הצוות. בדף זה תתרגלו להכיר את החלקים, את משקל הנקודות ואת רמות הביצוע השונות.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עמדה  ·  30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חלקי המחוון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נקודות מוקצות לכתבה המרכזית?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חלק בעיתון מקבל את מירב הנקודות?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דבר העורכים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הכתבה המרכזית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לשון ועריכה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אחד הקריטריונים בחלק 'לשון ועריכה'?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תקינות לשון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חלוקת תפקידים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תובנה מוסכמת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לכתבת המשנה מוקצות 20 נקודות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כתבות המשנה בצוות צריכות להיות מאותו סוג, למשל כולן ריאיון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 חסרות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הכתבה המרכזית מקבלת __________ נקודות מתוך מאה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בחלק כתבת המשנה יש קריטריון של __________ אישית מנומקת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חלק לניקוד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הכתבה המרכזית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15 נקודות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כתבת המשנה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10 נקודות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דבר העורכים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20 נקודות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משוב אישי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30 נקודות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חשיבה על שיפור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מדוע יש למחוון חשיבות לפני שמתחילים לכתוב את העיתון, ולא רק אחרי ההגשה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נקודות מוקצות לכתבה המרכזית מתוך 100?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בין רמת 'מצוין' ל'בסיסי' בקריטריון אחד שבחרתם?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המחוון האנליטי של העיתון הספרותי השיתופי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